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유 지 보 수  작 업  요 청 서</w:t>
      </w:r>
    </w:p>
    <w:p w:rsidR="00000000" w:rsidDel="00000000" w:rsidP="00000000" w:rsidRDefault="00000000" w:rsidRPr="00000000" w14:paraId="00000002">
      <w:pPr>
        <w:spacing w:after="80" w:before="180" w:line="360" w:lineRule="auto"/>
        <w:rPr>
          <w:b w:val="1"/>
          <w:bCs w:val="1"/>
          <w:sz w:val="46"/>
          <w:szCs w:val="46"/>
        </w:rPr>
      </w:pPr>
      <w:r w:rsidDel="00000000" w:rsidR="00000000" w:rsidRPr="00000000">
        <w:rPr>
          <w:color w:val="5a5a5a"/>
          <w:sz w:val="15"/>
          <w:szCs w:val="15"/>
          <w:rtl w:val="0"/>
        </w:rPr>
        <w:t xml:space="preserve">※ * 표시 항목은 필수입니다. </w:t>
      </w:r>
      <w:r w:rsidDel="00000000" w:rsidR="00000000" w:rsidRPr="00000000">
        <w:rPr>
          <w:rtl w:val="0"/>
        </w:rPr>
      </w:r>
    </w:p>
    <w:tbl>
      <w:tblPr>
        <w:tblStyle w:val="Table1"/>
        <w:tblW w:w="103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2925"/>
        <w:gridCol w:w="1800"/>
        <w:gridCol w:w="3360"/>
        <w:tblGridChange w:id="0">
          <w:tblGrid>
            <w:gridCol w:w="2235"/>
            <w:gridCol w:w="2925"/>
            <w:gridCol w:w="1800"/>
            <w:gridCol w:w="3360"/>
          </w:tblGrid>
        </w:tblGridChange>
      </w:tblGrid>
      <w:tr>
        <w:trPr>
          <w:cantSplit w:val="0"/>
          <w:trHeight w:val="680.14306640625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6"/>
                <w:szCs w:val="16"/>
                <w:rtl w:val="0"/>
              </w:rPr>
              <w:t xml:space="preserve">요청번호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before="0" w:line="36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MNT-YYYYMMDD-001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9800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282828"/>
                <w:sz w:val="16"/>
                <w:szCs w:val="16"/>
                <w:rtl w:val="0"/>
              </w:rPr>
              <w:t xml:space="preserve">프로젝트명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.14306640625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6"/>
                <w:szCs w:val="16"/>
                <w:rtl w:val="0"/>
              </w:rPr>
              <w:t xml:space="preserve">요청자 </w:t>
            </w:r>
            <w:r w:rsidDel="00000000" w:rsidR="00000000" w:rsidRPr="00000000">
              <w:rPr>
                <w:b w:val="1"/>
                <w:bCs w:val="1"/>
                <w:color w:val="980000"/>
                <w:sz w:val="16"/>
                <w:szCs w:val="16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6"/>
                <w:szCs w:val="16"/>
                <w:rtl w:val="0"/>
              </w:rPr>
              <w:t xml:space="preserve">연락처 / 이메일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.14306640625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6"/>
                <w:szCs w:val="16"/>
                <w:rtl w:val="0"/>
              </w:rPr>
              <w:t xml:space="preserve">희망 완료일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6"/>
                <w:szCs w:val="16"/>
                <w:rtl w:val="0"/>
              </w:rPr>
              <w:t xml:space="preserve">우선순위 </w:t>
            </w:r>
            <w:r w:rsidDel="00000000" w:rsidR="00000000" w:rsidRPr="00000000">
              <w:rPr>
                <w:b w:val="1"/>
                <w:bCs w:val="1"/>
                <w:color w:val="980000"/>
                <w:sz w:val="16"/>
                <w:szCs w:val="16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rPr/>
            </w:pP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○ 긴급   ○ 높음  ○ 보통   ● 낮음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80" w:before="180" w:line="36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color w:val="5a5a5a"/>
          <w:sz w:val="15"/>
          <w:szCs w:val="15"/>
          <w:rtl w:val="0"/>
        </w:rPr>
        <w:br w:type="textWrapping"/>
      </w:r>
      <w:r w:rsidDel="00000000" w:rsidR="00000000" w:rsidRPr="00000000">
        <w:rPr>
          <w:b w:val="1"/>
          <w:bCs w:val="1"/>
          <w:sz w:val="26"/>
          <w:szCs w:val="26"/>
          <w:rtl w:val="0"/>
        </w:rPr>
        <w:br w:type="textWrapping"/>
        <w:t xml:space="preserve">1. 대상 시스템 및 접속 정보</w:t>
        <w:br w:type="textWrapping"/>
      </w:r>
      <w:r w:rsidDel="00000000" w:rsidR="00000000" w:rsidRPr="00000000">
        <w:rPr>
          <w:color w:val="5a5a5a"/>
          <w:sz w:val="15"/>
          <w:szCs w:val="15"/>
          <w:rtl w:val="0"/>
        </w:rPr>
        <w:t xml:space="preserve">※ * 표시 항목은 필수입니다. </w:t>
      </w:r>
      <w:r w:rsidDel="00000000" w:rsidR="00000000" w:rsidRPr="00000000">
        <w:rPr>
          <w:rtl w:val="0"/>
        </w:rPr>
      </w:r>
    </w:p>
    <w:tbl>
      <w:tblPr>
        <w:tblStyle w:val="Table2"/>
        <w:tblW w:w="103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80"/>
        <w:gridCol w:w="8040"/>
        <w:tblGridChange w:id="0">
          <w:tblGrid>
            <w:gridCol w:w="2280"/>
            <w:gridCol w:w="8040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작업 대상 URL </w:t>
            </w:r>
            <w:r w:rsidDel="00000000" w:rsidR="00000000" w:rsidRPr="00000000">
              <w:rPr>
                <w:b w:val="1"/>
                <w:bCs w:val="1"/>
                <w:color w:val="282828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0000"/>
                <w:sz w:val="16"/>
                <w:szCs w:val="16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rPr/>
            </w:pPr>
            <w:r w:rsidDel="00000000" w:rsidR="00000000" w:rsidRPr="00000000">
              <w:rPr>
                <w:color w:val="282828"/>
                <w:sz w:val="17"/>
                <w:szCs w:val="17"/>
                <w:rtl w:val="0"/>
              </w:rPr>
              <w:t xml:space="preserve">https://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테스트 ID </w:t>
            </w:r>
            <w:r w:rsidDel="00000000" w:rsidR="00000000" w:rsidRPr="00000000">
              <w:rPr>
                <w:b w:val="1"/>
                <w:bCs w:val="1"/>
                <w:color w:val="282828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0000"/>
                <w:sz w:val="16"/>
                <w:szCs w:val="16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테스트 Password </w:t>
            </w:r>
            <w:r w:rsidDel="00000000" w:rsidR="00000000" w:rsidRPr="00000000">
              <w:rPr>
                <w:b w:val="1"/>
                <w:bCs w:val="1"/>
                <w:color w:val="282828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980000"/>
                <w:sz w:val="16"/>
                <w:szCs w:val="16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테스트 환경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360" w:lineRule="auto"/>
              <w:rPr/>
            </w:pP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○ 운영   ● 스테이징  ○ 개발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80" w:before="180" w:line="36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80" w:before="180" w:line="360" w:lineRule="auto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작업 요청 내용</w:t>
        <w:br w:type="textWrapping"/>
      </w:r>
      <w:r w:rsidDel="00000000" w:rsidR="00000000" w:rsidRPr="00000000">
        <w:rPr>
          <w:color w:val="5a5a5a"/>
          <w:sz w:val="15"/>
          <w:szCs w:val="15"/>
          <w:rtl w:val="0"/>
        </w:rPr>
        <w:t xml:space="preserve">※ * 표시 항목은 필수입니다. </w:t>
      </w: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5"/>
        <w:gridCol w:w="7905"/>
        <w:tblGridChange w:id="0">
          <w:tblGrid>
            <w:gridCol w:w="2415"/>
            <w:gridCol w:w="7905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작업 구분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360" w:lineRule="auto"/>
              <w:rPr/>
            </w:pP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■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 오류 수정   □ 화면/문구 수정   □ 기능 수정   □ 기능 추가 </w:t>
            </w: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□ 데이터 수정   □ 기타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작업 위치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36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메뉴명 / 화면명 / 페이지 위치를 작성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현재 상태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36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현재 어떤 상태인지 또는 어떤 문제가 발생하는지 작성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원하는 결과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36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수정 후 어떻게 동작하거나 표시되기를 원하는지 작성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재현 방법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36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오류의 경우 발생 순서를 작성</w:t>
              <w:br w:type="textWrapping"/>
              <w:t xml:space="preserve">예) 로그인 → 마이페이지 → 주문내역 → 상세 클릭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.9208984375" w:hRule="atLeast"/>
          <w:tblHeader w:val="0"/>
        </w:trPr>
        <w:tc>
          <w:tcPr>
            <w:shd w:fill="e7e7e7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82828"/>
                <w:sz w:val="17"/>
                <w:szCs w:val="17"/>
                <w:rtl w:val="0"/>
              </w:rPr>
              <w:t xml:space="preserve">관련 데이터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360" w:lineRule="auto"/>
              <w:rPr/>
            </w:pP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회원번호, 주문번호, 게시글번호 등 확인에 필요한 식별정보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80" w:before="180" w:line="36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80" w:before="180" w:line="360" w:lineRule="auto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첨부 및 참고자료</w:t>
      </w:r>
      <w:r w:rsidDel="00000000" w:rsidR="00000000" w:rsidRPr="00000000">
        <w:rPr>
          <w:rtl w:val="0"/>
        </w:rPr>
      </w:r>
    </w:p>
    <w:tbl>
      <w:tblPr>
        <w:tblStyle w:val="Table4"/>
        <w:tblW w:w="1030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60"/>
        <w:gridCol w:w="2280"/>
        <w:gridCol w:w="5565"/>
        <w:tblGridChange w:id="0">
          <w:tblGrid>
            <w:gridCol w:w="2460"/>
            <w:gridCol w:w="2280"/>
            <w:gridCol w:w="5565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shd w:fill="404040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구분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04040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첨부 여부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04040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파일명 / 참고 URL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36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오류 화면 캡처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■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 있음   □ 없음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36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디자인 / 시안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 □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 있음   </w:t>
            </w: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■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 없음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36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참고 사이트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360" w:lineRule="auto"/>
              <w:jc w:val="center"/>
              <w:rPr/>
            </w:pPr>
            <w:r w:rsidDel="00000000" w:rsidR="00000000" w:rsidRPr="00000000">
              <w:rPr>
                <w:color w:val="282828"/>
                <w:sz w:val="16"/>
                <w:szCs w:val="16"/>
                <w:rtl w:val="0"/>
              </w:rPr>
              <w:t xml:space="preserve">■</w:t>
            </w: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 있음   □ 없음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80" w:before="180"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312.0" w:type="dxa"/>
        <w:jc w:val="left"/>
        <w:tblInd w:w="-115.0" w:type="dxa"/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rHeight w:val="850" w:hRule="atLeast"/>
          <w:tblHeader w:val="0"/>
        </w:trPr>
        <w:tc>
          <w:tcPr>
            <w:shd w:fill="f3f3f3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360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282828"/>
                <w:sz w:val="16"/>
                <w:szCs w:val="16"/>
                <w:rtl w:val="0"/>
              </w:rPr>
              <w:t xml:space="preserve">작성 안내</w:t>
              <w:br w:type="textWrapping"/>
              <w:t xml:space="preserve">① 작업 대상 URL과 테스트 ID / Password는 필수로 작성해 주세요.</w:t>
              <w:br w:type="textWrapping"/>
              <w:t xml:space="preserve">② '현재 상태'와 '원하는 결과'를 구분하여 작성하면 작업 범위를 빠르게 확인할 수 있습니다.</w:t>
              <w:br w:type="textWrapping"/>
              <w:t xml:space="preserve">③ 오류 요청은 재현 순서와 화면 캡처를 함께 전달해 주세요.</w:t>
              <w:br w:type="textWrapping"/>
              <w:t xml:space="preserve">④ 실제 고객 계정이나 개인정보가 포함된 계정보다 유지보수용 테스트 계정을 사용하는 것을 권장합니다.</w:t>
              <w:br w:type="textWrapping"/>
              <w:t xml:space="preserve">⑤ 기능 추가 또는 기존 범위를 크게 변경하는 요청은 별도 개발 견적이 필요할 수 있습니다.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907" w:top="907" w:left="964" w:right="9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828282"/>
        <w:sz w:val="15"/>
        <w:szCs w:val="15"/>
        <w:u w:val="none"/>
        <w:shd w:fill="auto" w:val="clear"/>
        <w:vertAlign w:val="baseline"/>
        <w:rtl w:val="0"/>
      </w:rPr>
      <w:t xml:space="preserve">OK소프트  |  유지보수 작업 요청서  |  www.ok-sft.com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sz w:val="18"/>
        <w:szCs w:val="18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PMXT5FeCZK7D+JYz0E89wZiV1w==">CgMxLjA4AHIhMVZIdGR0Z3R0Y0FrLU40Q2dpQ3NwMnBNdUYzb2FPTWVR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