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sz w:val="44"/>
          <w:szCs w:val="44"/>
          <w:rtl w:val="0"/>
        </w:rPr>
        <w:t xml:space="preserve">웹 개발 프로젝트 요청서</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color w:val="646464"/>
          <w:sz w:val="18"/>
          <w:szCs w:val="18"/>
          <w:rtl w:val="0"/>
        </w:rPr>
        <w:t xml:space="preserve">WEB DEVELOPMENT PROJECT REQUEST</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200" w:lineRule="auto"/>
        <w:rPr>
          <w:color w:val="999999"/>
          <w:sz w:val="19"/>
          <w:szCs w:val="19"/>
        </w:rPr>
      </w:pPr>
      <w:r w:rsidDel="00000000" w:rsidR="00000000" w:rsidRPr="00000000">
        <w:rPr>
          <w:color w:val="999999"/>
          <w:sz w:val="19"/>
          <w:szCs w:val="19"/>
          <w:rtl w:val="0"/>
        </w:rPr>
        <w:t xml:space="preserve">본 요청서는 고객이 개발 전문지식 없이도 만들고 싶은 서비스의 목적, 사용자, 기능과 현재 업무 방식을 정리할 수 있도록 구성된 프로젝트 사전 자료입니다. 작성 가능한 항목만 기재해 주셔도 됩니다.</w:t>
      </w:r>
    </w:p>
    <w:p w:rsidR="00000000" w:rsidDel="00000000" w:rsidP="00000000" w:rsidRDefault="00000000" w:rsidRPr="00000000" w14:paraId="00000005">
      <w:pPr>
        <w:spacing w:after="200" w:lineRule="auto"/>
        <w:rPr/>
      </w:pPr>
      <w:r w:rsidDel="00000000" w:rsidR="00000000" w:rsidRPr="00000000">
        <w:rPr>
          <w:rtl w:val="0"/>
        </w:rPr>
      </w:r>
    </w:p>
    <w:tbl>
      <w:tblPr>
        <w:tblStyle w:val="Table1"/>
        <w:tblW w:w="102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5"/>
        <w:gridCol w:w="7545"/>
        <w:tblGridChange w:id="0">
          <w:tblGrid>
            <w:gridCol w:w="2655"/>
            <w:gridCol w:w="7545"/>
          </w:tblGrid>
        </w:tblGridChange>
      </w:tblGrid>
      <w:tr>
        <w:trPr>
          <w:cantSplit w:val="0"/>
          <w:trHeight w:val="537.5000000000001" w:hRule="atLeast"/>
          <w:tblHeader w:val="0"/>
        </w:trPr>
        <w:tc>
          <w:tcPr>
            <w:shd w:fill="ededed" w:val="clear"/>
            <w:tcMar>
              <w:top w:w="100.0" w:type="dxa"/>
              <w:bottom w:w="100.0" w:type="dxa"/>
            </w:tcMar>
            <w:vAlign w:val="center"/>
          </w:tcPr>
          <w:p w:rsidR="00000000" w:rsidDel="00000000" w:rsidP="00000000" w:rsidRDefault="00000000" w:rsidRPr="00000000" w14:paraId="00000006">
            <w:pPr>
              <w:rPr/>
            </w:pPr>
            <w:r w:rsidDel="00000000" w:rsidR="00000000" w:rsidRPr="00000000">
              <w:rPr>
                <w:b w:val="1"/>
                <w:bCs w:val="1"/>
                <w:rtl w:val="0"/>
              </w:rPr>
              <w:t xml:space="preserve">프로젝트명</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07">
            <w:pPr>
              <w:rPr/>
            </w:pPr>
            <w:r w:rsidDel="00000000" w:rsidR="00000000" w:rsidRPr="00000000">
              <w:rPr>
                <w:rtl w:val="0"/>
              </w:rPr>
            </w:r>
          </w:p>
        </w:tc>
      </w:tr>
      <w:tr>
        <w:trPr>
          <w:cantSplit w:val="0"/>
          <w:trHeight w:val="537.5000000000001" w:hRule="atLeast"/>
          <w:tblHeader w:val="0"/>
        </w:trPr>
        <w:tc>
          <w:tcPr>
            <w:shd w:fill="ededed" w:val="clear"/>
            <w:tcMar>
              <w:top w:w="100.0" w:type="dxa"/>
              <w:bottom w:w="100.0" w:type="dxa"/>
            </w:tcMar>
            <w:vAlign w:val="center"/>
          </w:tcPr>
          <w:p w:rsidR="00000000" w:rsidDel="00000000" w:rsidP="00000000" w:rsidRDefault="00000000" w:rsidRPr="00000000" w14:paraId="00000008">
            <w:pPr>
              <w:rPr/>
            </w:pPr>
            <w:r w:rsidDel="00000000" w:rsidR="00000000" w:rsidRPr="00000000">
              <w:rPr>
                <w:b w:val="1"/>
                <w:bCs w:val="1"/>
                <w:rtl w:val="0"/>
              </w:rPr>
              <w:t xml:space="preserve">회사/기관명</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09">
            <w:pPr>
              <w:rPr/>
            </w:pPr>
            <w:r w:rsidDel="00000000" w:rsidR="00000000" w:rsidRPr="00000000">
              <w:rPr>
                <w:rtl w:val="0"/>
              </w:rPr>
            </w:r>
          </w:p>
        </w:tc>
      </w:tr>
      <w:tr>
        <w:trPr>
          <w:cantSplit w:val="0"/>
          <w:trHeight w:val="537.5000000000001" w:hRule="atLeast"/>
          <w:tblHeader w:val="0"/>
        </w:trPr>
        <w:tc>
          <w:tcPr>
            <w:shd w:fill="ededed" w:val="clear"/>
            <w:tcMar>
              <w:top w:w="100.0" w:type="dxa"/>
              <w:bottom w:w="100.0" w:type="dxa"/>
            </w:tcMar>
            <w:vAlign w:val="center"/>
          </w:tcPr>
          <w:p w:rsidR="00000000" w:rsidDel="00000000" w:rsidP="00000000" w:rsidRDefault="00000000" w:rsidRPr="00000000" w14:paraId="0000000A">
            <w:pPr>
              <w:rPr/>
            </w:pPr>
            <w:r w:rsidDel="00000000" w:rsidR="00000000" w:rsidRPr="00000000">
              <w:rPr>
                <w:b w:val="1"/>
                <w:bCs w:val="1"/>
                <w:rtl w:val="0"/>
              </w:rPr>
              <w:t xml:space="preserve">담당자 / 직위</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0B">
            <w:pPr>
              <w:rPr/>
            </w:pPr>
            <w:r w:rsidDel="00000000" w:rsidR="00000000" w:rsidRPr="00000000">
              <w:rPr>
                <w:rtl w:val="0"/>
              </w:rPr>
            </w:r>
          </w:p>
        </w:tc>
      </w:tr>
      <w:tr>
        <w:trPr>
          <w:cantSplit w:val="0"/>
          <w:trHeight w:val="537.5000000000001" w:hRule="atLeast"/>
          <w:tblHeader w:val="0"/>
        </w:trPr>
        <w:tc>
          <w:tcPr>
            <w:shd w:fill="ededed" w:val="clear"/>
            <w:tcMar>
              <w:top w:w="100.0" w:type="dxa"/>
              <w:bottom w:w="100.0" w:type="dxa"/>
            </w:tcMar>
            <w:vAlign w:val="center"/>
          </w:tcPr>
          <w:p w:rsidR="00000000" w:rsidDel="00000000" w:rsidP="00000000" w:rsidRDefault="00000000" w:rsidRPr="00000000" w14:paraId="0000000C">
            <w:pPr>
              <w:rPr/>
            </w:pPr>
            <w:r w:rsidDel="00000000" w:rsidR="00000000" w:rsidRPr="00000000">
              <w:rPr>
                <w:b w:val="1"/>
                <w:bCs w:val="1"/>
                <w:rtl w:val="0"/>
              </w:rPr>
              <w:t xml:space="preserve">연락처 / 이메일</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0D">
            <w:pPr>
              <w:rPr/>
            </w:pPr>
            <w:r w:rsidDel="00000000" w:rsidR="00000000" w:rsidRPr="00000000">
              <w:rPr>
                <w:rtl w:val="0"/>
              </w:rPr>
            </w:r>
          </w:p>
        </w:tc>
      </w:tr>
      <w:tr>
        <w:trPr>
          <w:cantSplit w:val="0"/>
          <w:trHeight w:val="537.5000000000001" w:hRule="atLeast"/>
          <w:tblHeader w:val="0"/>
        </w:trPr>
        <w:tc>
          <w:tcPr>
            <w:shd w:fill="ededed" w:val="clear"/>
            <w:tcMar>
              <w:top w:w="100.0" w:type="dxa"/>
              <w:bottom w:w="100.0" w:type="dxa"/>
            </w:tcMar>
            <w:vAlign w:val="center"/>
          </w:tcPr>
          <w:p w:rsidR="00000000" w:rsidDel="00000000" w:rsidP="00000000" w:rsidRDefault="00000000" w:rsidRPr="00000000" w14:paraId="0000000E">
            <w:pPr>
              <w:rPr/>
            </w:pPr>
            <w:r w:rsidDel="00000000" w:rsidR="00000000" w:rsidRPr="00000000">
              <w:rPr>
                <w:b w:val="1"/>
                <w:bCs w:val="1"/>
                <w:rtl w:val="0"/>
              </w:rPr>
              <w:t xml:space="preserve">작성일</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0F">
            <w:pPr>
              <w:rPr/>
            </w:pPr>
            <w:r w:rsidDel="00000000" w:rsidR="00000000" w:rsidRPr="00000000">
              <w:rPr>
                <w:rtl w:val="0"/>
              </w:rPr>
            </w:r>
          </w:p>
        </w:tc>
      </w:tr>
      <w:tr>
        <w:trPr>
          <w:cantSplit w:val="0"/>
          <w:trHeight w:val="537.5000000000001" w:hRule="atLeast"/>
          <w:tblHeader w:val="0"/>
        </w:trPr>
        <w:tc>
          <w:tcPr>
            <w:shd w:fill="ededed" w:val="clear"/>
            <w:tcMar>
              <w:top w:w="100.0" w:type="dxa"/>
              <w:bottom w:w="100.0" w:type="dxa"/>
            </w:tcMar>
            <w:vAlign w:val="center"/>
          </w:tcPr>
          <w:p w:rsidR="00000000" w:rsidDel="00000000" w:rsidP="00000000" w:rsidRDefault="00000000" w:rsidRPr="00000000" w14:paraId="00000010">
            <w:pPr>
              <w:rPr/>
            </w:pPr>
            <w:r w:rsidDel="00000000" w:rsidR="00000000" w:rsidRPr="00000000">
              <w:rPr>
                <w:b w:val="1"/>
                <w:bCs w:val="1"/>
                <w:rtl w:val="0"/>
              </w:rPr>
              <w:t xml:space="preserve">희망 오픈일</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11">
            <w:pPr>
              <w:rPr/>
            </w:pPr>
            <w:r w:rsidDel="00000000" w:rsidR="00000000" w:rsidRPr="00000000">
              <w:rPr>
                <w:rtl w:val="0"/>
              </w:rPr>
            </w:r>
          </w:p>
        </w:tc>
      </w:tr>
    </w:tbl>
    <w:p w:rsidR="00000000" w:rsidDel="00000000" w:rsidP="00000000" w:rsidRDefault="00000000" w:rsidRPr="00000000" w14:paraId="00000012">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13">
      <w:pPr>
        <w:spacing w:after="80" w:before="200" w:lineRule="auto"/>
        <w:rPr/>
      </w:pPr>
      <w:r w:rsidDel="00000000" w:rsidR="00000000" w:rsidRPr="00000000">
        <w:rPr>
          <w:b w:val="1"/>
          <w:bCs w:val="1"/>
          <w:sz w:val="26"/>
          <w:szCs w:val="26"/>
          <w:rtl w:val="0"/>
        </w:rPr>
        <w:t xml:space="preserve">1. 프로젝트 개요</w:t>
      </w:r>
      <w:r w:rsidDel="00000000" w:rsidR="00000000" w:rsidRPr="00000000">
        <w:rPr>
          <w:rtl w:val="0"/>
        </w:rPr>
      </w:r>
    </w:p>
    <w:p w:rsidR="00000000" w:rsidDel="00000000" w:rsidP="00000000" w:rsidRDefault="00000000" w:rsidRPr="00000000" w14:paraId="00000014">
      <w:pPr>
        <w:spacing w:after="100" w:lineRule="auto"/>
        <w:rPr/>
      </w:pPr>
      <w:r w:rsidDel="00000000" w:rsidR="00000000" w:rsidRPr="00000000">
        <w:rPr>
          <w:color w:val="5a5a5a"/>
          <w:sz w:val="18"/>
          <w:szCs w:val="18"/>
          <w:rtl w:val="0"/>
        </w:rPr>
        <w:t xml:space="preserve">먼저 기술이 아니라 “무엇을 왜 만들고 싶은지”를 정리해 주세요.</w:t>
      </w:r>
      <w:r w:rsidDel="00000000" w:rsidR="00000000" w:rsidRPr="00000000">
        <w:rPr>
          <w:rtl w:val="0"/>
        </w:rPr>
      </w:r>
    </w:p>
    <w:p w:rsidR="00000000" w:rsidDel="00000000" w:rsidP="00000000" w:rsidRDefault="00000000" w:rsidRPr="00000000" w14:paraId="00000015">
      <w:pPr>
        <w:spacing w:after="40" w:lineRule="auto"/>
        <w:rPr>
          <w:b w:val="1"/>
          <w:bCs w:val="1"/>
        </w:rPr>
      </w:pPr>
      <w:r w:rsidDel="00000000" w:rsidR="00000000" w:rsidRPr="00000000">
        <w:rPr>
          <w:rtl w:val="0"/>
        </w:rPr>
      </w:r>
    </w:p>
    <w:p w:rsidR="00000000" w:rsidDel="00000000" w:rsidP="00000000" w:rsidRDefault="00000000" w:rsidRPr="00000000" w14:paraId="00000016">
      <w:pPr>
        <w:spacing w:after="40" w:lineRule="auto"/>
        <w:rPr/>
      </w:pPr>
      <w:r w:rsidDel="00000000" w:rsidR="00000000" w:rsidRPr="00000000">
        <w:rPr>
          <w:b w:val="1"/>
          <w:bCs w:val="1"/>
          <w:sz w:val="19"/>
          <w:szCs w:val="19"/>
          <w:rtl w:val="0"/>
        </w:rPr>
        <w:t xml:space="preserve">1.1 만들고 싶은 서비스 또는 웹사이트를 한 문장으로 설명해 주세요.</w:t>
      </w:r>
      <w:r w:rsidDel="00000000" w:rsidR="00000000" w:rsidRPr="00000000">
        <w:rPr>
          <w:rtl w:val="0"/>
        </w:rPr>
      </w:r>
    </w:p>
    <w:p w:rsidR="00000000" w:rsidDel="00000000" w:rsidP="00000000" w:rsidRDefault="00000000" w:rsidRPr="00000000" w14:paraId="00000017">
      <w:pPr>
        <w:spacing w:after="60" w:lineRule="auto"/>
        <w:rPr/>
      </w:pPr>
      <w:r w:rsidDel="00000000" w:rsidR="00000000" w:rsidRPr="00000000">
        <w:rPr>
          <w:color w:val="6e6e6e"/>
          <w:sz w:val="16"/>
          <w:szCs w:val="16"/>
          <w:rtl w:val="0"/>
        </w:rPr>
        <w:t xml:space="preserve">작성 예: 학원과 강사를 연결하여 채용공고를 등록하고 지원할 수 있는 구인구직 플랫폼</w:t>
      </w:r>
      <w:r w:rsidDel="00000000" w:rsidR="00000000" w:rsidRPr="00000000">
        <w:rPr>
          <w:rtl w:val="0"/>
        </w:rPr>
      </w:r>
    </w:p>
    <w:tbl>
      <w:tblPr>
        <w:tblStyle w:val="Table2"/>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18">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19">
      <w:pPr>
        <w:spacing w:after="40" w:lineRule="auto"/>
        <w:rPr>
          <w:b w:val="1"/>
          <w:bCs w:val="1"/>
        </w:rPr>
      </w:pPr>
      <w:r w:rsidDel="00000000" w:rsidR="00000000" w:rsidRPr="00000000">
        <w:rPr>
          <w:rtl w:val="0"/>
        </w:rPr>
      </w:r>
    </w:p>
    <w:p w:rsidR="00000000" w:rsidDel="00000000" w:rsidP="00000000" w:rsidRDefault="00000000" w:rsidRPr="00000000" w14:paraId="0000001A">
      <w:pPr>
        <w:spacing w:after="40" w:lineRule="auto"/>
        <w:rPr/>
      </w:pPr>
      <w:r w:rsidDel="00000000" w:rsidR="00000000" w:rsidRPr="00000000">
        <w:rPr>
          <w:b w:val="1"/>
          <w:bCs w:val="1"/>
          <w:sz w:val="19"/>
          <w:szCs w:val="19"/>
          <w:rtl w:val="0"/>
        </w:rPr>
        <w:t xml:space="preserve">1.2 이 프로젝트를 시작하려는 가장 큰 이유는 무엇인가요?</w:t>
      </w:r>
      <w:r w:rsidDel="00000000" w:rsidR="00000000" w:rsidRPr="00000000">
        <w:rPr>
          <w:rtl w:val="0"/>
        </w:rPr>
      </w:r>
    </w:p>
    <w:p w:rsidR="00000000" w:rsidDel="00000000" w:rsidP="00000000" w:rsidRDefault="00000000" w:rsidRPr="00000000" w14:paraId="0000001B">
      <w:pPr>
        <w:spacing w:after="60" w:lineRule="auto"/>
        <w:rPr/>
      </w:pPr>
      <w:r w:rsidDel="00000000" w:rsidR="00000000" w:rsidRPr="00000000">
        <w:rPr>
          <w:color w:val="6e6e6e"/>
          <w:sz w:val="16"/>
          <w:szCs w:val="16"/>
          <w:rtl w:val="0"/>
        </w:rPr>
        <w:t xml:space="preserve">작성 예: 전화·엑셀로 처리하는 예약 업무를 온라인으로 전환하고 싶습니다.</w:t>
      </w:r>
      <w:r w:rsidDel="00000000" w:rsidR="00000000" w:rsidRPr="00000000">
        <w:rPr>
          <w:rtl w:val="0"/>
        </w:rPr>
      </w:r>
    </w:p>
    <w:tbl>
      <w:tblPr>
        <w:tblStyle w:val="Table3"/>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1C">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1D">
      <w:pPr>
        <w:spacing w:after="40" w:lineRule="auto"/>
        <w:rPr>
          <w:b w:val="1"/>
          <w:bCs w:val="1"/>
        </w:rPr>
      </w:pPr>
      <w:r w:rsidDel="00000000" w:rsidR="00000000" w:rsidRPr="00000000">
        <w:rPr>
          <w:rtl w:val="0"/>
        </w:rPr>
      </w:r>
    </w:p>
    <w:p w:rsidR="00000000" w:rsidDel="00000000" w:rsidP="00000000" w:rsidRDefault="00000000" w:rsidRPr="00000000" w14:paraId="0000001E">
      <w:pPr>
        <w:spacing w:after="40" w:lineRule="auto"/>
        <w:rPr/>
      </w:pPr>
      <w:r w:rsidDel="00000000" w:rsidR="00000000" w:rsidRPr="00000000">
        <w:rPr>
          <w:b w:val="1"/>
          <w:bCs w:val="1"/>
          <w:sz w:val="19"/>
          <w:szCs w:val="19"/>
          <w:rtl w:val="0"/>
        </w:rPr>
        <w:t xml:space="preserve">1.3 현재 가장 불편하거나 해결하고 싶은 문제는 무엇인가요?</w:t>
      </w:r>
      <w:r w:rsidDel="00000000" w:rsidR="00000000" w:rsidRPr="00000000">
        <w:rPr>
          <w:rtl w:val="0"/>
        </w:rPr>
      </w:r>
    </w:p>
    <w:p w:rsidR="00000000" w:rsidDel="00000000" w:rsidP="00000000" w:rsidRDefault="00000000" w:rsidRPr="00000000" w14:paraId="0000001F">
      <w:pPr>
        <w:spacing w:after="60" w:lineRule="auto"/>
        <w:rPr/>
      </w:pPr>
      <w:r w:rsidDel="00000000" w:rsidR="00000000" w:rsidRPr="00000000">
        <w:rPr>
          <w:color w:val="6e6e6e"/>
          <w:sz w:val="16"/>
          <w:szCs w:val="16"/>
          <w:rtl w:val="0"/>
        </w:rPr>
        <w:t xml:space="preserve">작성 예: 고객 문의와 예약 이력이 여러 곳에 흩어져 관리가 어렵습니다.</w:t>
      </w:r>
      <w:r w:rsidDel="00000000" w:rsidR="00000000" w:rsidRPr="00000000">
        <w:rPr>
          <w:rtl w:val="0"/>
        </w:rPr>
      </w:r>
    </w:p>
    <w:tbl>
      <w:tblPr>
        <w:tblStyle w:val="Table4"/>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20">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21">
      <w:pPr>
        <w:spacing w:after="80" w:before="200" w:lineRule="auto"/>
        <w:rPr/>
      </w:pPr>
      <w:r w:rsidDel="00000000" w:rsidR="00000000" w:rsidRPr="00000000">
        <w:br w:type="page"/>
      </w:r>
      <w:r w:rsidDel="00000000" w:rsidR="00000000" w:rsidRPr="00000000">
        <w:rPr>
          <w:b w:val="1"/>
          <w:bCs w:val="1"/>
          <w:sz w:val="26"/>
          <w:szCs w:val="26"/>
          <w:rtl w:val="0"/>
        </w:rPr>
        <w:t xml:space="preserve">2. 주요 사용자</w:t>
      </w:r>
      <w:r w:rsidDel="00000000" w:rsidR="00000000" w:rsidRPr="00000000">
        <w:rPr>
          <w:rtl w:val="0"/>
        </w:rPr>
      </w:r>
    </w:p>
    <w:p w:rsidR="00000000" w:rsidDel="00000000" w:rsidP="00000000" w:rsidRDefault="00000000" w:rsidRPr="00000000" w14:paraId="00000022">
      <w:pPr>
        <w:spacing w:after="100" w:lineRule="auto"/>
        <w:rPr/>
      </w:pPr>
      <w:r w:rsidDel="00000000" w:rsidR="00000000" w:rsidRPr="00000000">
        <w:rPr>
          <w:color w:val="5a5a5a"/>
          <w:sz w:val="18"/>
          <w:szCs w:val="18"/>
          <w:rtl w:val="0"/>
        </w:rPr>
        <w:t xml:space="preserve">누가 사용하는지 구분하면 필요한 화면과 권한을 정하기 쉬워집니다.</w:t>
      </w:r>
      <w:r w:rsidDel="00000000" w:rsidR="00000000" w:rsidRPr="00000000">
        <w:rPr>
          <w:rtl w:val="0"/>
        </w:rPr>
      </w:r>
    </w:p>
    <w:p w:rsidR="00000000" w:rsidDel="00000000" w:rsidP="00000000" w:rsidRDefault="00000000" w:rsidRPr="00000000" w14:paraId="00000023">
      <w:pPr>
        <w:spacing w:after="40" w:lineRule="auto"/>
        <w:rPr>
          <w:b w:val="1"/>
          <w:bCs w:val="1"/>
        </w:rPr>
      </w:pPr>
      <w:r w:rsidDel="00000000" w:rsidR="00000000" w:rsidRPr="00000000">
        <w:rPr>
          <w:rtl w:val="0"/>
        </w:rPr>
      </w:r>
    </w:p>
    <w:p w:rsidR="00000000" w:rsidDel="00000000" w:rsidP="00000000" w:rsidRDefault="00000000" w:rsidRPr="00000000" w14:paraId="00000024">
      <w:pPr>
        <w:spacing w:after="40" w:lineRule="auto"/>
        <w:rPr/>
      </w:pPr>
      <w:r w:rsidDel="00000000" w:rsidR="00000000" w:rsidRPr="00000000">
        <w:rPr>
          <w:b w:val="1"/>
          <w:bCs w:val="1"/>
          <w:sz w:val="19"/>
          <w:szCs w:val="19"/>
          <w:rtl w:val="0"/>
        </w:rPr>
        <w:t xml:space="preserve">2.1 이 서비스를 사용하는 사람은 누구인가요?</w:t>
      </w:r>
      <w:r w:rsidDel="00000000" w:rsidR="00000000" w:rsidRPr="00000000">
        <w:rPr>
          <w:rtl w:val="0"/>
        </w:rPr>
      </w:r>
    </w:p>
    <w:p w:rsidR="00000000" w:rsidDel="00000000" w:rsidP="00000000" w:rsidRDefault="00000000" w:rsidRPr="00000000" w14:paraId="00000025">
      <w:pPr>
        <w:spacing w:after="60" w:lineRule="auto"/>
        <w:rPr/>
      </w:pPr>
      <w:r w:rsidDel="00000000" w:rsidR="00000000" w:rsidRPr="00000000">
        <w:rPr>
          <w:color w:val="6e6e6e"/>
          <w:sz w:val="16"/>
          <w:szCs w:val="16"/>
          <w:rtl w:val="0"/>
        </w:rPr>
        <w:t xml:space="preserve">작성 예: 일반회원 / 기업회원 / 학원 원장 / 강사 / 내부 직원 / 관리자</w:t>
      </w:r>
      <w:r w:rsidDel="00000000" w:rsidR="00000000" w:rsidRPr="00000000">
        <w:rPr>
          <w:rtl w:val="0"/>
        </w:rPr>
      </w:r>
    </w:p>
    <w:tbl>
      <w:tblPr>
        <w:tblStyle w:val="Table5"/>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26">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27">
      <w:pPr>
        <w:spacing w:after="40" w:lineRule="auto"/>
        <w:rPr>
          <w:b w:val="1"/>
          <w:bCs w:val="1"/>
        </w:rPr>
      </w:pPr>
      <w:r w:rsidDel="00000000" w:rsidR="00000000" w:rsidRPr="00000000">
        <w:rPr>
          <w:rtl w:val="0"/>
        </w:rPr>
      </w:r>
    </w:p>
    <w:p w:rsidR="00000000" w:rsidDel="00000000" w:rsidP="00000000" w:rsidRDefault="00000000" w:rsidRPr="00000000" w14:paraId="00000028">
      <w:pPr>
        <w:spacing w:after="40" w:lineRule="auto"/>
        <w:rPr/>
      </w:pPr>
      <w:r w:rsidDel="00000000" w:rsidR="00000000" w:rsidRPr="00000000">
        <w:rPr>
          <w:b w:val="1"/>
          <w:bCs w:val="1"/>
          <w:sz w:val="19"/>
          <w:szCs w:val="19"/>
          <w:rtl w:val="0"/>
        </w:rPr>
        <w:t xml:space="preserve">2.2 사용자가 이 서비스에서 가장 중요하게 해야 하는 일은 무엇인가요?</w:t>
      </w:r>
      <w:r w:rsidDel="00000000" w:rsidR="00000000" w:rsidRPr="00000000">
        <w:rPr>
          <w:rtl w:val="0"/>
        </w:rPr>
      </w:r>
    </w:p>
    <w:p w:rsidR="00000000" w:rsidDel="00000000" w:rsidP="00000000" w:rsidRDefault="00000000" w:rsidRPr="00000000" w14:paraId="00000029">
      <w:pPr>
        <w:spacing w:after="60" w:lineRule="auto"/>
        <w:rPr/>
      </w:pPr>
      <w:r w:rsidDel="00000000" w:rsidR="00000000" w:rsidRPr="00000000">
        <w:rPr>
          <w:color w:val="6e6e6e"/>
          <w:sz w:val="16"/>
          <w:szCs w:val="16"/>
          <w:rtl w:val="0"/>
        </w:rPr>
        <w:t xml:space="preserve">작성 예: 회원가입 후 채용공고를 검색하고 온라인으로 지원합니다.</w:t>
      </w:r>
      <w:r w:rsidDel="00000000" w:rsidR="00000000" w:rsidRPr="00000000">
        <w:rPr>
          <w:rtl w:val="0"/>
        </w:rPr>
      </w:r>
    </w:p>
    <w:tbl>
      <w:tblPr>
        <w:tblStyle w:val="Table6"/>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2A">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2B">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2C">
      <w:pPr>
        <w:spacing w:after="80" w:before="200" w:lineRule="auto"/>
        <w:rPr/>
      </w:pPr>
      <w:r w:rsidDel="00000000" w:rsidR="00000000" w:rsidRPr="00000000">
        <w:rPr>
          <w:b w:val="1"/>
          <w:bCs w:val="1"/>
          <w:sz w:val="26"/>
          <w:szCs w:val="26"/>
          <w:rtl w:val="0"/>
        </w:rPr>
        <w:t xml:space="preserve">3. 필요 기능</w:t>
      </w:r>
      <w:r w:rsidDel="00000000" w:rsidR="00000000" w:rsidRPr="00000000">
        <w:rPr>
          <w:rtl w:val="0"/>
        </w:rPr>
      </w:r>
    </w:p>
    <w:p w:rsidR="00000000" w:rsidDel="00000000" w:rsidP="00000000" w:rsidRDefault="00000000" w:rsidRPr="00000000" w14:paraId="0000002D">
      <w:pPr>
        <w:spacing w:after="100" w:lineRule="auto"/>
        <w:rPr/>
      </w:pPr>
      <w:r w:rsidDel="00000000" w:rsidR="00000000" w:rsidRPr="00000000">
        <w:rPr>
          <w:color w:val="5a5a5a"/>
          <w:sz w:val="18"/>
          <w:szCs w:val="18"/>
          <w:rtl w:val="0"/>
        </w:rPr>
        <w:t xml:space="preserve">기능명을 몰라도 괜찮습니다. 사용자가 하는 행동을 순서대로 적어 주세요.</w:t>
      </w:r>
      <w:r w:rsidDel="00000000" w:rsidR="00000000" w:rsidRPr="00000000">
        <w:rPr>
          <w:rtl w:val="0"/>
        </w:rPr>
      </w:r>
    </w:p>
    <w:p w:rsidR="00000000" w:rsidDel="00000000" w:rsidP="00000000" w:rsidRDefault="00000000" w:rsidRPr="00000000" w14:paraId="0000002E">
      <w:pPr>
        <w:spacing w:after="40" w:lineRule="auto"/>
        <w:rPr>
          <w:b w:val="1"/>
          <w:bCs w:val="1"/>
        </w:rPr>
      </w:pPr>
      <w:r w:rsidDel="00000000" w:rsidR="00000000" w:rsidRPr="00000000">
        <w:rPr>
          <w:rtl w:val="0"/>
        </w:rPr>
      </w:r>
    </w:p>
    <w:p w:rsidR="00000000" w:rsidDel="00000000" w:rsidP="00000000" w:rsidRDefault="00000000" w:rsidRPr="00000000" w14:paraId="0000002F">
      <w:pPr>
        <w:spacing w:after="40" w:lineRule="auto"/>
        <w:rPr/>
      </w:pPr>
      <w:r w:rsidDel="00000000" w:rsidR="00000000" w:rsidRPr="00000000">
        <w:rPr>
          <w:b w:val="1"/>
          <w:bCs w:val="1"/>
          <w:sz w:val="19"/>
          <w:szCs w:val="19"/>
          <w:rtl w:val="0"/>
        </w:rPr>
        <w:t xml:space="preserve">3.1 일반 사용자가 서비스에서 할 수 있어야 하는 일을 적어 주세요.</w:t>
      </w:r>
      <w:r w:rsidDel="00000000" w:rsidR="00000000" w:rsidRPr="00000000">
        <w:rPr>
          <w:rtl w:val="0"/>
        </w:rPr>
      </w:r>
    </w:p>
    <w:p w:rsidR="00000000" w:rsidDel="00000000" w:rsidP="00000000" w:rsidRDefault="00000000" w:rsidRPr="00000000" w14:paraId="00000030">
      <w:pPr>
        <w:spacing w:after="60" w:lineRule="auto"/>
        <w:rPr/>
      </w:pPr>
      <w:r w:rsidDel="00000000" w:rsidR="00000000" w:rsidRPr="00000000">
        <w:rPr>
          <w:color w:val="6e6e6e"/>
          <w:sz w:val="16"/>
          <w:szCs w:val="16"/>
          <w:rtl w:val="0"/>
        </w:rPr>
        <w:t xml:space="preserve">작성 예: 회원가입 → 검색 → 상세 확인 → 신청/구매 → 결제 → 내역 확인</w:t>
      </w:r>
      <w:r w:rsidDel="00000000" w:rsidR="00000000" w:rsidRPr="00000000">
        <w:rPr>
          <w:rtl w:val="0"/>
        </w:rPr>
      </w:r>
    </w:p>
    <w:tbl>
      <w:tblPr>
        <w:tblStyle w:val="Table7"/>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31">
            <w:pPr>
              <w:spacing w:after="0" w:lineRule="auto"/>
              <w:rPr/>
            </w:pPr>
            <w:r w:rsidDel="00000000" w:rsidR="00000000" w:rsidRPr="00000000">
              <w:rPr>
                <w:rtl w:val="0"/>
              </w:rPr>
              <w:t xml:space="preserve"> </w:t>
            </w:r>
          </w:p>
          <w:p w:rsidR="00000000" w:rsidDel="00000000" w:rsidP="00000000" w:rsidRDefault="00000000" w:rsidRPr="00000000" w14:paraId="00000032">
            <w:pPr>
              <w:spacing w:after="0" w:lineRule="auto"/>
              <w:rPr/>
            </w:pPr>
            <w:r w:rsidDel="00000000" w:rsidR="00000000" w:rsidRPr="00000000">
              <w:rPr>
                <w:rtl w:val="0"/>
              </w:rPr>
              <w:t xml:space="preserve"> </w:t>
            </w:r>
          </w:p>
        </w:tc>
      </w:tr>
    </w:tbl>
    <w:p w:rsidR="00000000" w:rsidDel="00000000" w:rsidP="00000000" w:rsidRDefault="00000000" w:rsidRPr="00000000" w14:paraId="00000033">
      <w:pPr>
        <w:spacing w:after="40" w:lineRule="auto"/>
        <w:rPr>
          <w:b w:val="1"/>
          <w:bCs w:val="1"/>
        </w:rPr>
      </w:pPr>
      <w:r w:rsidDel="00000000" w:rsidR="00000000" w:rsidRPr="00000000">
        <w:rPr>
          <w:rtl w:val="0"/>
        </w:rPr>
      </w:r>
    </w:p>
    <w:p w:rsidR="00000000" w:rsidDel="00000000" w:rsidP="00000000" w:rsidRDefault="00000000" w:rsidRPr="00000000" w14:paraId="00000034">
      <w:pPr>
        <w:spacing w:after="40" w:lineRule="auto"/>
        <w:rPr/>
      </w:pPr>
      <w:r w:rsidDel="00000000" w:rsidR="00000000" w:rsidRPr="00000000">
        <w:rPr>
          <w:b w:val="1"/>
          <w:bCs w:val="1"/>
          <w:sz w:val="19"/>
          <w:szCs w:val="19"/>
          <w:rtl w:val="0"/>
        </w:rPr>
        <w:t xml:space="preserve">3.2 관리자는 무엇을 관리해야 하나요?</w:t>
      </w:r>
      <w:r w:rsidDel="00000000" w:rsidR="00000000" w:rsidRPr="00000000">
        <w:rPr>
          <w:rtl w:val="0"/>
        </w:rPr>
      </w:r>
    </w:p>
    <w:p w:rsidR="00000000" w:rsidDel="00000000" w:rsidP="00000000" w:rsidRDefault="00000000" w:rsidRPr="00000000" w14:paraId="00000035">
      <w:pPr>
        <w:spacing w:after="60" w:lineRule="auto"/>
        <w:rPr/>
      </w:pPr>
      <w:r w:rsidDel="00000000" w:rsidR="00000000" w:rsidRPr="00000000">
        <w:rPr>
          <w:color w:val="6e6e6e"/>
          <w:sz w:val="16"/>
          <w:szCs w:val="16"/>
          <w:rtl w:val="0"/>
        </w:rPr>
        <w:t xml:space="preserve">작성 예: 회원 / 주문 / 상품 / 예약 / 게시글 / 결제 / 통계</w:t>
      </w:r>
      <w:r w:rsidDel="00000000" w:rsidR="00000000" w:rsidRPr="00000000">
        <w:rPr>
          <w:rtl w:val="0"/>
        </w:rPr>
      </w:r>
    </w:p>
    <w:tbl>
      <w:tblPr>
        <w:tblStyle w:val="Table8"/>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36">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37">
      <w:pPr>
        <w:spacing w:after="40" w:lineRule="auto"/>
        <w:rPr>
          <w:b w:val="1"/>
          <w:bCs w:val="1"/>
        </w:rPr>
      </w:pPr>
      <w:r w:rsidDel="00000000" w:rsidR="00000000" w:rsidRPr="00000000">
        <w:rPr>
          <w:rtl w:val="0"/>
        </w:rPr>
      </w:r>
    </w:p>
    <w:p w:rsidR="00000000" w:rsidDel="00000000" w:rsidP="00000000" w:rsidRDefault="00000000" w:rsidRPr="00000000" w14:paraId="00000038">
      <w:pPr>
        <w:spacing w:after="40" w:lineRule="auto"/>
        <w:rPr/>
      </w:pPr>
      <w:r w:rsidDel="00000000" w:rsidR="00000000" w:rsidRPr="00000000">
        <w:rPr>
          <w:b w:val="1"/>
          <w:bCs w:val="1"/>
          <w:sz w:val="19"/>
          <w:szCs w:val="19"/>
          <w:rtl w:val="0"/>
        </w:rPr>
        <w:t xml:space="preserve">3.3 꼭 필요한 기능과 있으면 좋은 기능을 구분해 주세요.</w:t>
      </w:r>
      <w:r w:rsidDel="00000000" w:rsidR="00000000" w:rsidRPr="00000000">
        <w:rPr>
          <w:rtl w:val="0"/>
        </w:rPr>
      </w:r>
    </w:p>
    <w:p w:rsidR="00000000" w:rsidDel="00000000" w:rsidP="00000000" w:rsidRDefault="00000000" w:rsidRPr="00000000" w14:paraId="00000039">
      <w:pPr>
        <w:spacing w:after="60" w:lineRule="auto"/>
        <w:rPr/>
      </w:pPr>
      <w:r w:rsidDel="00000000" w:rsidR="00000000" w:rsidRPr="00000000">
        <w:rPr>
          <w:color w:val="6e6e6e"/>
          <w:sz w:val="16"/>
          <w:szCs w:val="16"/>
          <w:rtl w:val="0"/>
        </w:rPr>
        <w:t xml:space="preserve">작성 예: 필수: 예약·결제 / 선택: 쿠폰·추천인·통계 대시보드</w:t>
      </w:r>
      <w:r w:rsidDel="00000000" w:rsidR="00000000" w:rsidRPr="00000000">
        <w:rPr>
          <w:rtl w:val="0"/>
        </w:rPr>
      </w:r>
    </w:p>
    <w:tbl>
      <w:tblPr>
        <w:tblStyle w:val="Table9"/>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3A">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3B">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3C">
      <w:pPr>
        <w:spacing w:after="80" w:before="200" w:lineRule="auto"/>
        <w:rPr>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after="80" w:before="200" w:lineRule="auto"/>
        <w:rPr/>
      </w:pPr>
      <w:r w:rsidDel="00000000" w:rsidR="00000000" w:rsidRPr="00000000">
        <w:rPr>
          <w:b w:val="1"/>
          <w:bCs w:val="1"/>
          <w:sz w:val="26"/>
          <w:szCs w:val="26"/>
          <w:rtl w:val="0"/>
        </w:rPr>
        <w:t xml:space="preserve">4. 현재 운영 방식 및 기존 시스템</w:t>
      </w:r>
      <w:r w:rsidDel="00000000" w:rsidR="00000000" w:rsidRPr="00000000">
        <w:rPr>
          <w:rtl w:val="0"/>
        </w:rPr>
      </w:r>
    </w:p>
    <w:p w:rsidR="00000000" w:rsidDel="00000000" w:rsidP="00000000" w:rsidRDefault="00000000" w:rsidRPr="00000000" w14:paraId="0000003E">
      <w:pPr>
        <w:spacing w:after="100" w:lineRule="auto"/>
        <w:rPr/>
      </w:pP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신규 서비스 개발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기존 홈페이지 리뉴얼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기존 시스템 기능 추가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유지보수·운영 개선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기타    </w:t>
      </w:r>
      <w:r w:rsidDel="00000000" w:rsidR="00000000" w:rsidRPr="00000000">
        <w:rPr>
          <w:rtl w:val="0"/>
        </w:rPr>
      </w:r>
    </w:p>
    <w:p w:rsidR="00000000" w:rsidDel="00000000" w:rsidP="00000000" w:rsidRDefault="00000000" w:rsidRPr="00000000" w14:paraId="0000003F">
      <w:pPr>
        <w:spacing w:after="40" w:lineRule="auto"/>
        <w:rPr>
          <w:b w:val="1"/>
          <w:bCs w:val="1"/>
        </w:rPr>
      </w:pPr>
      <w:r w:rsidDel="00000000" w:rsidR="00000000" w:rsidRPr="00000000">
        <w:rPr>
          <w:rtl w:val="0"/>
        </w:rPr>
      </w:r>
    </w:p>
    <w:p w:rsidR="00000000" w:rsidDel="00000000" w:rsidP="00000000" w:rsidRDefault="00000000" w:rsidRPr="00000000" w14:paraId="00000040">
      <w:pPr>
        <w:spacing w:after="40" w:lineRule="auto"/>
        <w:rPr/>
      </w:pPr>
      <w:r w:rsidDel="00000000" w:rsidR="00000000" w:rsidRPr="00000000">
        <w:rPr>
          <w:b w:val="1"/>
          <w:bCs w:val="1"/>
          <w:sz w:val="19"/>
          <w:szCs w:val="19"/>
          <w:rtl w:val="0"/>
        </w:rPr>
        <w:t xml:space="preserve">4.1 현재 사용 중인 사이트, 프로그램 또는 업무 방식이 있다면 적어 주세요.</w:t>
      </w:r>
      <w:r w:rsidDel="00000000" w:rsidR="00000000" w:rsidRPr="00000000">
        <w:rPr>
          <w:rtl w:val="0"/>
        </w:rPr>
      </w:r>
    </w:p>
    <w:p w:rsidR="00000000" w:rsidDel="00000000" w:rsidP="00000000" w:rsidRDefault="00000000" w:rsidRPr="00000000" w14:paraId="00000041">
      <w:pPr>
        <w:spacing w:after="60" w:lineRule="auto"/>
        <w:rPr/>
      </w:pPr>
      <w:r w:rsidDel="00000000" w:rsidR="00000000" w:rsidRPr="00000000">
        <w:rPr>
          <w:color w:val="6e6e6e"/>
          <w:sz w:val="16"/>
          <w:szCs w:val="16"/>
          <w:rtl w:val="0"/>
        </w:rPr>
        <w:t xml:space="preserve">작성 예: 기존 사이트 URL, 엑셀 관리, 사용 중인 CRM/ERP 등</w:t>
      </w:r>
      <w:r w:rsidDel="00000000" w:rsidR="00000000" w:rsidRPr="00000000">
        <w:rPr>
          <w:rtl w:val="0"/>
        </w:rPr>
      </w:r>
    </w:p>
    <w:tbl>
      <w:tblPr>
        <w:tblStyle w:val="Table10"/>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42">
            <w:pPr>
              <w:spacing w:after="0" w:lineRule="auto"/>
              <w:rPr/>
            </w:pPr>
            <w:r w:rsidDel="00000000" w:rsidR="00000000" w:rsidRPr="00000000">
              <w:rPr>
                <w:rtl w:val="0"/>
              </w:rPr>
              <w:t xml:space="preserve"> </w:t>
              <w:br w:type="textWrapping"/>
              <w:t xml:space="preserve"> </w:t>
              <w:br w:type="textWrapping"/>
              <w:t xml:space="preserve"> </w:t>
            </w:r>
          </w:p>
        </w:tc>
      </w:tr>
    </w:tbl>
    <w:p w:rsidR="00000000" w:rsidDel="00000000" w:rsidP="00000000" w:rsidRDefault="00000000" w:rsidRPr="00000000" w14:paraId="00000043">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44">
      <w:pPr>
        <w:spacing w:after="80" w:before="200" w:lineRule="auto"/>
        <w:rPr/>
      </w:pPr>
      <w:r w:rsidDel="00000000" w:rsidR="00000000" w:rsidRPr="00000000">
        <w:rPr>
          <w:b w:val="1"/>
          <w:bCs w:val="1"/>
          <w:sz w:val="26"/>
          <w:szCs w:val="26"/>
          <w:rtl w:val="0"/>
        </w:rPr>
        <w:t xml:space="preserve">5. 참고 사이트 및 서비스</w:t>
      </w:r>
      <w:r w:rsidDel="00000000" w:rsidR="00000000" w:rsidRPr="00000000">
        <w:rPr>
          <w:rtl w:val="0"/>
        </w:rPr>
      </w:r>
    </w:p>
    <w:p w:rsidR="00000000" w:rsidDel="00000000" w:rsidP="00000000" w:rsidRDefault="00000000" w:rsidRPr="00000000" w14:paraId="00000045">
      <w:pPr>
        <w:spacing w:after="100" w:lineRule="auto"/>
        <w:rPr/>
      </w:pPr>
      <w:r w:rsidDel="00000000" w:rsidR="00000000" w:rsidRPr="00000000">
        <w:rPr>
          <w:color w:val="5a5a5a"/>
          <w:sz w:val="18"/>
          <w:szCs w:val="18"/>
          <w:rtl w:val="0"/>
        </w:rPr>
        <w:t xml:space="preserve">원하는 디자인이나 기능 방향을 이해하기 위한 참고자료입니다.</w:t>
      </w:r>
      <w:r w:rsidDel="00000000" w:rsidR="00000000" w:rsidRPr="00000000">
        <w:rPr>
          <w:rtl w:val="0"/>
        </w:rPr>
      </w:r>
    </w:p>
    <w:tbl>
      <w:tblPr>
        <w:tblStyle w:val="Table11"/>
        <w:tblW w:w="102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5"/>
        <w:gridCol w:w="3435"/>
        <w:gridCol w:w="3405"/>
        <w:tblGridChange w:id="0">
          <w:tblGrid>
            <w:gridCol w:w="3375"/>
            <w:gridCol w:w="3435"/>
            <w:gridCol w:w="3405"/>
          </w:tblGrid>
        </w:tblGridChange>
      </w:tblGrid>
      <w:tr>
        <w:trPr>
          <w:cantSplit w:val="0"/>
          <w:tblHeader w:val="0"/>
        </w:trPr>
        <w:tc>
          <w:tcPr>
            <w:shd w:fill="ededed" w:val="clear"/>
            <w:tcMar>
              <w:top w:w="100.0" w:type="dxa"/>
              <w:bottom w:w="100.0" w:type="dxa"/>
            </w:tcMar>
          </w:tcPr>
          <w:p w:rsidR="00000000" w:rsidDel="00000000" w:rsidP="00000000" w:rsidRDefault="00000000" w:rsidRPr="00000000" w14:paraId="00000046">
            <w:pPr>
              <w:rPr/>
            </w:pPr>
            <w:r w:rsidDel="00000000" w:rsidR="00000000" w:rsidRPr="00000000">
              <w:rPr>
                <w:b w:val="1"/>
                <w:bCs w:val="1"/>
                <w:rtl w:val="0"/>
              </w:rPr>
              <w:t xml:space="preserve">사이트 / 서비스</w:t>
            </w:r>
            <w:r w:rsidDel="00000000" w:rsidR="00000000" w:rsidRPr="00000000">
              <w:rPr>
                <w:rtl w:val="0"/>
              </w:rPr>
            </w:r>
          </w:p>
        </w:tc>
        <w:tc>
          <w:tcPr>
            <w:shd w:fill="ededed" w:val="clear"/>
            <w:tcMar>
              <w:top w:w="100.0" w:type="dxa"/>
              <w:bottom w:w="100.0" w:type="dxa"/>
            </w:tcMar>
          </w:tcPr>
          <w:p w:rsidR="00000000" w:rsidDel="00000000" w:rsidP="00000000" w:rsidRDefault="00000000" w:rsidRPr="00000000" w14:paraId="00000047">
            <w:pPr>
              <w:rPr/>
            </w:pPr>
            <w:r w:rsidDel="00000000" w:rsidR="00000000" w:rsidRPr="00000000">
              <w:rPr>
                <w:b w:val="1"/>
                <w:bCs w:val="1"/>
                <w:rtl w:val="0"/>
              </w:rPr>
              <w:t xml:space="preserve">URL</w:t>
            </w:r>
            <w:r w:rsidDel="00000000" w:rsidR="00000000" w:rsidRPr="00000000">
              <w:rPr>
                <w:rtl w:val="0"/>
              </w:rPr>
            </w:r>
          </w:p>
        </w:tc>
        <w:tc>
          <w:tcPr>
            <w:shd w:fill="ededed" w:val="clear"/>
            <w:tcMar>
              <w:top w:w="100.0" w:type="dxa"/>
              <w:bottom w:w="100.0" w:type="dxa"/>
            </w:tcMar>
          </w:tcPr>
          <w:p w:rsidR="00000000" w:rsidDel="00000000" w:rsidP="00000000" w:rsidRDefault="00000000" w:rsidRPr="00000000" w14:paraId="00000048">
            <w:pPr>
              <w:rPr/>
            </w:pPr>
            <w:r w:rsidDel="00000000" w:rsidR="00000000" w:rsidRPr="00000000">
              <w:rPr>
                <w:b w:val="1"/>
                <w:bCs w:val="1"/>
                <w:rtl w:val="0"/>
              </w:rPr>
              <w:t xml:space="preserve">참고하고 싶은 부분</w:t>
            </w:r>
            <w:r w:rsidDel="00000000" w:rsidR="00000000" w:rsidRPr="00000000">
              <w:rPr>
                <w:rtl w:val="0"/>
              </w:rPr>
            </w:r>
          </w:p>
        </w:tc>
      </w:tr>
      <w:tr>
        <w:trPr>
          <w:cantSplit w:val="0"/>
          <w:tblHeader w:val="0"/>
        </w:trPr>
        <w:tc>
          <w:tcPr>
            <w:tcMar>
              <w:top w:w="100.0" w:type="dxa"/>
              <w:bottom w:w="100.0" w:type="dxa"/>
            </w:tcMar>
          </w:tcPr>
          <w:p w:rsidR="00000000" w:rsidDel="00000000" w:rsidP="00000000" w:rsidRDefault="00000000" w:rsidRPr="00000000" w14:paraId="00000049">
            <w:pPr>
              <w:rPr/>
            </w:pPr>
            <w:r w:rsidDel="00000000" w:rsidR="00000000" w:rsidRPr="00000000">
              <w:rPr>
                <w:rtl w:val="0"/>
              </w:rPr>
            </w:r>
          </w:p>
        </w:tc>
        <w:tc>
          <w:tcPr>
            <w:tcMar>
              <w:top w:w="100.0" w:type="dxa"/>
              <w:bottom w:w="100.0" w:type="dxa"/>
            </w:tcMar>
          </w:tcPr>
          <w:p w:rsidR="00000000" w:rsidDel="00000000" w:rsidP="00000000" w:rsidRDefault="00000000" w:rsidRPr="00000000" w14:paraId="0000004A">
            <w:pPr>
              <w:rPr/>
            </w:pPr>
            <w:r w:rsidDel="00000000" w:rsidR="00000000" w:rsidRPr="00000000">
              <w:rPr>
                <w:rtl w:val="0"/>
              </w:rPr>
            </w:r>
          </w:p>
        </w:tc>
        <w:tc>
          <w:tcPr>
            <w:tcMar>
              <w:top w:w="100.0" w:type="dxa"/>
              <w:bottom w:w="100.0" w:type="dxa"/>
            </w:tcMar>
          </w:tcPr>
          <w:p w:rsidR="00000000" w:rsidDel="00000000" w:rsidP="00000000" w:rsidRDefault="00000000" w:rsidRPr="00000000" w14:paraId="0000004B">
            <w:pPr>
              <w:rPr/>
            </w:pPr>
            <w:r w:rsidDel="00000000" w:rsidR="00000000" w:rsidRPr="00000000">
              <w:rPr>
                <w:rtl w:val="0"/>
              </w:rPr>
            </w:r>
          </w:p>
        </w:tc>
      </w:tr>
      <w:tr>
        <w:trPr>
          <w:cantSplit w:val="0"/>
          <w:tblHeader w:val="0"/>
        </w:trPr>
        <w:tc>
          <w:tcPr>
            <w:tcMar>
              <w:top w:w="100.0" w:type="dxa"/>
              <w:bottom w:w="100.0" w:type="dxa"/>
            </w:tcMar>
          </w:tcPr>
          <w:p w:rsidR="00000000" w:rsidDel="00000000" w:rsidP="00000000" w:rsidRDefault="00000000" w:rsidRPr="00000000" w14:paraId="0000004C">
            <w:pPr>
              <w:rPr/>
            </w:pPr>
            <w:r w:rsidDel="00000000" w:rsidR="00000000" w:rsidRPr="00000000">
              <w:rPr>
                <w:rtl w:val="0"/>
              </w:rPr>
            </w:r>
          </w:p>
        </w:tc>
        <w:tc>
          <w:tcPr>
            <w:tcMar>
              <w:top w:w="100.0" w:type="dxa"/>
              <w:bottom w:w="100.0" w:type="dxa"/>
            </w:tcMar>
          </w:tcPr>
          <w:p w:rsidR="00000000" w:rsidDel="00000000" w:rsidP="00000000" w:rsidRDefault="00000000" w:rsidRPr="00000000" w14:paraId="0000004D">
            <w:pPr>
              <w:rPr/>
            </w:pPr>
            <w:r w:rsidDel="00000000" w:rsidR="00000000" w:rsidRPr="00000000">
              <w:rPr>
                <w:rtl w:val="0"/>
              </w:rPr>
            </w:r>
          </w:p>
        </w:tc>
        <w:tc>
          <w:tcPr>
            <w:tcMar>
              <w:top w:w="100.0" w:type="dxa"/>
              <w:bottom w:w="100.0" w:type="dxa"/>
            </w:tcMar>
          </w:tcPr>
          <w:p w:rsidR="00000000" w:rsidDel="00000000" w:rsidP="00000000" w:rsidRDefault="00000000" w:rsidRPr="00000000" w14:paraId="0000004E">
            <w:pPr>
              <w:rPr/>
            </w:pPr>
            <w:r w:rsidDel="00000000" w:rsidR="00000000" w:rsidRPr="00000000">
              <w:rPr>
                <w:rtl w:val="0"/>
              </w:rPr>
            </w:r>
          </w:p>
        </w:tc>
      </w:tr>
      <w:tr>
        <w:trPr>
          <w:cantSplit w:val="0"/>
          <w:tblHeader w:val="0"/>
        </w:trPr>
        <w:tc>
          <w:tcPr>
            <w:tcMar>
              <w:top w:w="100.0" w:type="dxa"/>
              <w:bottom w:w="100.0" w:type="dxa"/>
            </w:tcMar>
          </w:tcPr>
          <w:p w:rsidR="00000000" w:rsidDel="00000000" w:rsidP="00000000" w:rsidRDefault="00000000" w:rsidRPr="00000000" w14:paraId="0000004F">
            <w:pPr>
              <w:rPr/>
            </w:pPr>
            <w:r w:rsidDel="00000000" w:rsidR="00000000" w:rsidRPr="00000000">
              <w:rPr>
                <w:rtl w:val="0"/>
              </w:rPr>
            </w:r>
          </w:p>
        </w:tc>
        <w:tc>
          <w:tcPr>
            <w:tcMar>
              <w:top w:w="100.0" w:type="dxa"/>
              <w:bottom w:w="100.0" w:type="dxa"/>
            </w:tcMar>
          </w:tcPr>
          <w:p w:rsidR="00000000" w:rsidDel="00000000" w:rsidP="00000000" w:rsidRDefault="00000000" w:rsidRPr="00000000" w14:paraId="00000050">
            <w:pPr>
              <w:rPr/>
            </w:pPr>
            <w:r w:rsidDel="00000000" w:rsidR="00000000" w:rsidRPr="00000000">
              <w:rPr>
                <w:rtl w:val="0"/>
              </w:rPr>
            </w:r>
          </w:p>
        </w:tc>
        <w:tc>
          <w:tcPr>
            <w:tcMar>
              <w:top w:w="100.0" w:type="dxa"/>
              <w:bottom w:w="100.0" w:type="dxa"/>
            </w:tcMar>
          </w:tcPr>
          <w:p w:rsidR="00000000" w:rsidDel="00000000" w:rsidP="00000000" w:rsidRDefault="00000000" w:rsidRPr="00000000" w14:paraId="00000051">
            <w:pPr>
              <w:rPr/>
            </w:pPr>
            <w:r w:rsidDel="00000000" w:rsidR="00000000" w:rsidRPr="00000000">
              <w:rPr>
                <w:rtl w:val="0"/>
              </w:rPr>
            </w:r>
          </w:p>
        </w:tc>
      </w:tr>
    </w:tbl>
    <w:p w:rsidR="00000000" w:rsidDel="00000000" w:rsidP="00000000" w:rsidRDefault="00000000" w:rsidRPr="00000000" w14:paraId="00000052">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53">
      <w:pPr>
        <w:spacing w:after="80" w:before="200" w:lineRule="auto"/>
        <w:rPr/>
      </w:pPr>
      <w:r w:rsidDel="00000000" w:rsidR="00000000" w:rsidRPr="00000000">
        <w:rPr>
          <w:b w:val="1"/>
          <w:bCs w:val="1"/>
          <w:sz w:val="26"/>
          <w:szCs w:val="26"/>
          <w:rtl w:val="0"/>
        </w:rPr>
        <w:t xml:space="preserve">6. 디자인 및 외부 서비스 연동</w:t>
      </w:r>
      <w:r w:rsidDel="00000000" w:rsidR="00000000" w:rsidRPr="00000000">
        <w:rPr>
          <w:rtl w:val="0"/>
        </w:rPr>
      </w:r>
    </w:p>
    <w:p w:rsidR="00000000" w:rsidDel="00000000" w:rsidP="00000000" w:rsidRDefault="00000000" w:rsidRPr="00000000" w14:paraId="00000054">
      <w:pPr>
        <w:rPr/>
      </w:pPr>
      <w:r w:rsidDel="00000000" w:rsidR="00000000" w:rsidRPr="00000000">
        <w:rPr>
          <w:b w:val="1"/>
          <w:bCs w:val="1"/>
          <w:sz w:val="19"/>
          <w:szCs w:val="19"/>
          <w:rtl w:val="0"/>
        </w:rPr>
        <w:t xml:space="preserve">디자인 자료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로고 있음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브랜드 가이드 있음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디자인 시안 있음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참고 사이트만 있음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아직 없음    </w:t>
      </w:r>
      <w:r w:rsidDel="00000000" w:rsidR="00000000" w:rsidRPr="00000000">
        <w:rPr>
          <w:rtl w:val="0"/>
        </w:rPr>
      </w:r>
    </w:p>
    <w:p w:rsidR="00000000" w:rsidDel="00000000" w:rsidP="00000000" w:rsidRDefault="00000000" w:rsidRPr="00000000" w14:paraId="00000055">
      <w:pPr>
        <w:rPr/>
      </w:pPr>
      <w:r w:rsidDel="00000000" w:rsidR="00000000" w:rsidRPr="00000000">
        <w:rPr>
          <w:b w:val="1"/>
          <w:bCs w:val="1"/>
          <w:sz w:val="19"/>
          <w:szCs w:val="19"/>
          <w:rtl w:val="0"/>
        </w:rPr>
        <w:t xml:space="preserve">외부 연동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결제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카카오/문자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이메일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소셜 로그인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지도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공공데이터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AI API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기타    </w:t>
      </w:r>
      <w:r w:rsidDel="00000000" w:rsidR="00000000" w:rsidRPr="00000000">
        <w:rPr>
          <w:rtl w:val="0"/>
        </w:rPr>
      </w:r>
    </w:p>
    <w:p w:rsidR="00000000" w:rsidDel="00000000" w:rsidP="00000000" w:rsidRDefault="00000000" w:rsidRPr="00000000" w14:paraId="00000056">
      <w:pPr>
        <w:spacing w:after="40" w:lineRule="auto"/>
        <w:rPr>
          <w:b w:val="1"/>
          <w:bCs w:val="1"/>
        </w:rPr>
      </w:pPr>
      <w:r w:rsidDel="00000000" w:rsidR="00000000" w:rsidRPr="00000000">
        <w:rPr>
          <w:rtl w:val="0"/>
        </w:rPr>
      </w:r>
    </w:p>
    <w:p w:rsidR="00000000" w:rsidDel="00000000" w:rsidP="00000000" w:rsidRDefault="00000000" w:rsidRPr="00000000" w14:paraId="00000057">
      <w:pPr>
        <w:spacing w:after="40" w:lineRule="auto"/>
        <w:rPr/>
      </w:pPr>
      <w:r w:rsidDel="00000000" w:rsidR="00000000" w:rsidRPr="00000000">
        <w:rPr>
          <w:b w:val="1"/>
          <w:bCs w:val="1"/>
          <w:sz w:val="19"/>
          <w:szCs w:val="19"/>
          <w:rtl w:val="0"/>
        </w:rPr>
        <w:t xml:space="preserve">6.1 이미 계약했거나 사용 예정인 외부 서비스가 있다면 적어 주세요.</w:t>
      </w:r>
      <w:r w:rsidDel="00000000" w:rsidR="00000000" w:rsidRPr="00000000">
        <w:rPr>
          <w:rtl w:val="0"/>
        </w:rPr>
      </w:r>
    </w:p>
    <w:p w:rsidR="00000000" w:rsidDel="00000000" w:rsidP="00000000" w:rsidRDefault="00000000" w:rsidRPr="00000000" w14:paraId="00000058">
      <w:pPr>
        <w:spacing w:after="60" w:lineRule="auto"/>
        <w:rPr/>
      </w:pPr>
      <w:r w:rsidDel="00000000" w:rsidR="00000000" w:rsidRPr="00000000">
        <w:rPr>
          <w:color w:val="6e6e6e"/>
          <w:sz w:val="16"/>
          <w:szCs w:val="16"/>
          <w:rtl w:val="0"/>
        </w:rPr>
        <w:t xml:space="preserve">작성 예: 토스페이먼츠, 이니시스, 카카오 알림톡, 네이버 로그인 등</w:t>
      </w:r>
      <w:r w:rsidDel="00000000" w:rsidR="00000000" w:rsidRPr="00000000">
        <w:rPr>
          <w:rtl w:val="0"/>
        </w:rPr>
      </w:r>
    </w:p>
    <w:tbl>
      <w:tblPr>
        <w:tblStyle w:val="Table12"/>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59">
            <w:pPr>
              <w:spacing w:after="0" w:lineRule="auto"/>
              <w:rPr/>
            </w:pPr>
            <w:r w:rsidDel="00000000" w:rsidR="00000000" w:rsidRPr="00000000">
              <w:rPr>
                <w:rtl w:val="0"/>
              </w:rPr>
              <w:t xml:space="preserve"> </w:t>
              <w:br w:type="textWrapping"/>
              <w:t xml:space="preserve"> </w:t>
            </w:r>
          </w:p>
        </w:tc>
      </w:tr>
    </w:tbl>
    <w:p w:rsidR="00000000" w:rsidDel="00000000" w:rsidP="00000000" w:rsidRDefault="00000000" w:rsidRPr="00000000" w14:paraId="0000005A">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5B">
      <w:pPr>
        <w:spacing w:after="80" w:before="200" w:lineRule="auto"/>
        <w:rPr/>
      </w:pPr>
      <w:r w:rsidDel="00000000" w:rsidR="00000000" w:rsidRPr="00000000">
        <w:rPr>
          <w:b w:val="1"/>
          <w:bCs w:val="1"/>
          <w:sz w:val="26"/>
          <w:szCs w:val="26"/>
          <w:rtl w:val="0"/>
        </w:rPr>
        <w:t xml:space="preserve">7. 일정 및 예산</w:t>
      </w:r>
      <w:r w:rsidDel="00000000" w:rsidR="00000000" w:rsidRPr="00000000">
        <w:rPr>
          <w:rtl w:val="0"/>
        </w:rPr>
      </w:r>
    </w:p>
    <w:tbl>
      <w:tblPr>
        <w:tblStyle w:val="Table13"/>
        <w:tblW w:w="102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0"/>
        <w:gridCol w:w="5100"/>
        <w:tblGridChange w:id="0">
          <w:tblGrid>
            <w:gridCol w:w="5100"/>
            <w:gridCol w:w="5100"/>
          </w:tblGrid>
        </w:tblGridChange>
      </w:tblGrid>
      <w:tr>
        <w:trPr>
          <w:cantSplit w:val="0"/>
          <w:tblHeader w:val="0"/>
        </w:trPr>
        <w:tc>
          <w:tcPr>
            <w:shd w:fill="ededed" w:val="clear"/>
            <w:tcMar>
              <w:top w:w="100.0" w:type="dxa"/>
              <w:bottom w:w="100.0" w:type="dxa"/>
            </w:tcMar>
            <w:vAlign w:val="center"/>
          </w:tcPr>
          <w:p w:rsidR="00000000" w:rsidDel="00000000" w:rsidP="00000000" w:rsidRDefault="00000000" w:rsidRPr="00000000" w14:paraId="0000005C">
            <w:pPr>
              <w:rPr/>
            </w:pPr>
            <w:r w:rsidDel="00000000" w:rsidR="00000000" w:rsidRPr="00000000">
              <w:rPr>
                <w:b w:val="1"/>
                <w:bCs w:val="1"/>
                <w:rtl w:val="0"/>
              </w:rPr>
              <w:t xml:space="preserve">희망 착수 시기</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5D">
            <w:pPr>
              <w:rPr/>
            </w:pPr>
            <w:r w:rsidDel="00000000" w:rsidR="00000000" w:rsidRPr="00000000">
              <w:rPr>
                <w:rtl w:val="0"/>
              </w:rPr>
            </w:r>
          </w:p>
        </w:tc>
      </w:tr>
      <w:tr>
        <w:trPr>
          <w:cantSplit w:val="0"/>
          <w:tblHeader w:val="0"/>
        </w:trPr>
        <w:tc>
          <w:tcPr>
            <w:shd w:fill="ededed" w:val="clear"/>
            <w:tcMar>
              <w:top w:w="100.0" w:type="dxa"/>
              <w:bottom w:w="100.0" w:type="dxa"/>
            </w:tcMar>
            <w:vAlign w:val="center"/>
          </w:tcPr>
          <w:p w:rsidR="00000000" w:rsidDel="00000000" w:rsidP="00000000" w:rsidRDefault="00000000" w:rsidRPr="00000000" w14:paraId="0000005E">
            <w:pPr>
              <w:rPr/>
            </w:pPr>
            <w:r w:rsidDel="00000000" w:rsidR="00000000" w:rsidRPr="00000000">
              <w:rPr>
                <w:b w:val="1"/>
                <w:bCs w:val="1"/>
                <w:rtl w:val="0"/>
              </w:rPr>
              <w:t xml:space="preserve">희망 오픈 시기</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5F">
            <w:pPr>
              <w:rPr/>
            </w:pPr>
            <w:r w:rsidDel="00000000" w:rsidR="00000000" w:rsidRPr="00000000">
              <w:rPr>
                <w:rtl w:val="0"/>
              </w:rPr>
            </w:r>
          </w:p>
        </w:tc>
      </w:tr>
      <w:tr>
        <w:trPr>
          <w:cantSplit w:val="0"/>
          <w:tblHeader w:val="0"/>
        </w:trPr>
        <w:tc>
          <w:tcPr>
            <w:shd w:fill="ededed" w:val="clear"/>
            <w:tcMar>
              <w:top w:w="100.0" w:type="dxa"/>
              <w:bottom w:w="100.0" w:type="dxa"/>
            </w:tcMar>
            <w:vAlign w:val="center"/>
          </w:tcPr>
          <w:p w:rsidR="00000000" w:rsidDel="00000000" w:rsidP="00000000" w:rsidRDefault="00000000" w:rsidRPr="00000000" w14:paraId="00000060">
            <w:pPr>
              <w:rPr/>
            </w:pPr>
            <w:r w:rsidDel="00000000" w:rsidR="00000000" w:rsidRPr="00000000">
              <w:rPr>
                <w:b w:val="1"/>
                <w:bCs w:val="1"/>
                <w:rtl w:val="0"/>
              </w:rPr>
              <w:t xml:space="preserve">예상 예산 범위</w:t>
            </w:r>
            <w:r w:rsidDel="00000000" w:rsidR="00000000" w:rsidRPr="00000000">
              <w:rPr>
                <w:rtl w:val="0"/>
              </w:rPr>
            </w:r>
          </w:p>
        </w:tc>
        <w:tc>
          <w:tcPr>
            <w:tcMar>
              <w:top w:w="100.0" w:type="dxa"/>
              <w:bottom w:w="100.0" w:type="dxa"/>
            </w:tcMar>
            <w:vAlign w:val="center"/>
          </w:tcPr>
          <w:p w:rsidR="00000000" w:rsidDel="00000000" w:rsidP="00000000" w:rsidRDefault="00000000" w:rsidRPr="00000000" w14:paraId="00000061">
            <w:pPr>
              <w:rPr/>
            </w:pPr>
            <w:r w:rsidDel="00000000" w:rsidR="00000000" w:rsidRPr="00000000">
              <w:rPr>
                <w:rtl w:val="0"/>
              </w:rPr>
            </w:r>
          </w:p>
        </w:tc>
      </w:tr>
    </w:tbl>
    <w:p w:rsidR="00000000" w:rsidDel="00000000" w:rsidP="00000000" w:rsidRDefault="00000000" w:rsidRPr="00000000" w14:paraId="00000062">
      <w:pPr>
        <w:spacing w:after="80" w:before="200" w:lineRule="auto"/>
        <w:rPr>
          <w:b w:val="1"/>
          <w:bCs w:val="1"/>
          <w:sz w:val="26"/>
          <w:szCs w:val="26"/>
        </w:rPr>
      </w:pPr>
      <w:r w:rsidDel="00000000" w:rsidR="00000000" w:rsidRPr="00000000">
        <w:rPr>
          <w:rtl w:val="0"/>
        </w:rPr>
      </w:r>
    </w:p>
    <w:p w:rsidR="00000000" w:rsidDel="00000000" w:rsidP="00000000" w:rsidRDefault="00000000" w:rsidRPr="00000000" w14:paraId="00000063">
      <w:pPr>
        <w:spacing w:after="80" w:before="200" w:lineRule="auto"/>
        <w:rPr/>
      </w:pPr>
      <w:r w:rsidDel="00000000" w:rsidR="00000000" w:rsidRPr="00000000">
        <w:rPr>
          <w:b w:val="1"/>
          <w:bCs w:val="1"/>
          <w:sz w:val="26"/>
          <w:szCs w:val="26"/>
          <w:rtl w:val="0"/>
        </w:rPr>
        <w:t xml:space="preserve">8. 현재 보유 자료</w:t>
      </w:r>
      <w:r w:rsidDel="00000000" w:rsidR="00000000" w:rsidRPr="00000000">
        <w:rPr>
          <w:rtl w:val="0"/>
        </w:rPr>
      </w:r>
    </w:p>
    <w:p w:rsidR="00000000" w:rsidDel="00000000" w:rsidP="00000000" w:rsidRDefault="00000000" w:rsidRPr="00000000" w14:paraId="00000064">
      <w:pPr>
        <w:rPr/>
      </w:pP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사업계획서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사이트맵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화면설계서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디자인 시안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기능정의서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기존 소스코드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서버 정보    </w:t>
      </w:r>
      <w:r w:rsidDel="00000000" w:rsidR="00000000" w:rsidRPr="00000000">
        <w:rPr>
          <w:rFonts w:ascii="MS Gothic" w:cs="MS Gothic" w:eastAsia="MS Gothic" w:hAnsi="MS Gothic"/>
          <w:rtl w:val="0"/>
        </w:rPr>
        <w:t xml:space="preserve">☐</w:t>
      </w:r>
      <w:r w:rsidDel="00000000" w:rsidR="00000000" w:rsidRPr="00000000">
        <w:rPr>
          <w:sz w:val="19"/>
          <w:szCs w:val="19"/>
          <w:rtl w:val="0"/>
        </w:rPr>
        <w:t xml:space="preserve"> 기타    </w:t>
      </w:r>
      <w:r w:rsidDel="00000000" w:rsidR="00000000" w:rsidRPr="00000000">
        <w:rPr>
          <w:rtl w:val="0"/>
        </w:rPr>
      </w:r>
    </w:p>
    <w:p w:rsidR="00000000" w:rsidDel="00000000" w:rsidP="00000000" w:rsidRDefault="00000000" w:rsidRPr="00000000" w14:paraId="00000065">
      <w:pPr>
        <w:spacing w:after="40" w:lineRule="auto"/>
        <w:rPr>
          <w:b w:val="1"/>
          <w:bCs w:val="1"/>
        </w:rPr>
      </w:pPr>
      <w:r w:rsidDel="00000000" w:rsidR="00000000" w:rsidRPr="00000000">
        <w:rPr>
          <w:rtl w:val="0"/>
        </w:rPr>
      </w:r>
    </w:p>
    <w:p w:rsidR="00000000" w:rsidDel="00000000" w:rsidP="00000000" w:rsidRDefault="00000000" w:rsidRPr="00000000" w14:paraId="00000066">
      <w:pPr>
        <w:spacing w:after="40" w:lineRule="auto"/>
        <w:rPr/>
      </w:pPr>
      <w:r w:rsidDel="00000000" w:rsidR="00000000" w:rsidRPr="00000000">
        <w:rPr>
          <w:b w:val="1"/>
          <w:bCs w:val="1"/>
          <w:sz w:val="19"/>
          <w:szCs w:val="19"/>
          <w:rtl w:val="0"/>
        </w:rPr>
        <w:t xml:space="preserve">8.1 추가로 전달하거나 설명하고 싶은 내용이 있나요?</w:t>
      </w:r>
      <w:r w:rsidDel="00000000" w:rsidR="00000000" w:rsidRPr="00000000">
        <w:rPr>
          <w:rtl w:val="0"/>
        </w:rPr>
      </w:r>
    </w:p>
    <w:p w:rsidR="00000000" w:rsidDel="00000000" w:rsidP="00000000" w:rsidRDefault="00000000" w:rsidRPr="00000000" w14:paraId="00000067">
      <w:pPr>
        <w:spacing w:after="60" w:lineRule="auto"/>
        <w:rPr/>
      </w:pPr>
      <w:r w:rsidDel="00000000" w:rsidR="00000000" w:rsidRPr="00000000">
        <w:rPr>
          <w:color w:val="6e6e6e"/>
          <w:sz w:val="16"/>
          <w:szCs w:val="16"/>
          <w:rtl w:val="0"/>
        </w:rPr>
        <w:t xml:space="preserve">작성 예: 아직 정리되지 않은 아이디어, 걱정되는 부분, 꼭 확인하고 싶은 내용을 자유롭게 작성해 주세요.</w:t>
      </w:r>
      <w:r w:rsidDel="00000000" w:rsidR="00000000" w:rsidRPr="00000000">
        <w:rPr>
          <w:rtl w:val="0"/>
        </w:rPr>
      </w:r>
    </w:p>
    <w:tbl>
      <w:tblPr>
        <w:tblStyle w:val="Table14"/>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tcMar>
              <w:top w:w="120.0" w:type="dxa"/>
              <w:bottom w:w="120.0" w:type="dxa"/>
            </w:tcMar>
          </w:tcPr>
          <w:p w:rsidR="00000000" w:rsidDel="00000000" w:rsidP="00000000" w:rsidRDefault="00000000" w:rsidRPr="00000000" w14:paraId="00000068">
            <w:pPr>
              <w:spacing w:after="0" w:lineRule="auto"/>
              <w:rPr/>
            </w:pPr>
            <w:r w:rsidDel="00000000" w:rsidR="00000000" w:rsidRPr="00000000">
              <w:rPr>
                <w:rtl w:val="0"/>
              </w:rPr>
              <w:t xml:space="preserve"> </w:t>
              <w:br w:type="textWrapping"/>
              <w:t xml:space="preserve"> </w:t>
              <w:br w:type="textWrapping"/>
              <w:t xml:space="preserve"> </w:t>
            </w:r>
          </w:p>
        </w:tc>
      </w:tr>
    </w:tbl>
    <w:p w:rsidR="00000000" w:rsidDel="00000000" w:rsidP="00000000" w:rsidRDefault="00000000" w:rsidRPr="00000000" w14:paraId="00000069">
      <w:pPr>
        <w:spacing w:before="200" w:lineRule="auto"/>
        <w:rPr>
          <w:b w:val="1"/>
          <w:bCs w:val="1"/>
          <w:sz w:val="24"/>
          <w:szCs w:val="24"/>
        </w:rPr>
      </w:pPr>
      <w:r w:rsidDel="00000000" w:rsidR="00000000" w:rsidRPr="00000000">
        <w:rPr>
          <w:rtl w:val="0"/>
        </w:rPr>
      </w:r>
    </w:p>
    <w:p w:rsidR="00000000" w:rsidDel="00000000" w:rsidP="00000000" w:rsidRDefault="00000000" w:rsidRPr="00000000" w14:paraId="0000006A">
      <w:pPr>
        <w:spacing w:before="200" w:lineRule="auto"/>
        <w:rPr/>
      </w:pPr>
      <w:r w:rsidDel="00000000" w:rsidR="00000000" w:rsidRPr="00000000">
        <w:rPr>
          <w:b w:val="1"/>
          <w:bCs w:val="1"/>
          <w:sz w:val="24"/>
          <w:szCs w:val="24"/>
          <w:rtl w:val="0"/>
        </w:rPr>
        <w:t xml:space="preserve">안내</w:t>
      </w:r>
      <w:r w:rsidDel="00000000" w:rsidR="00000000" w:rsidRPr="00000000">
        <w:rPr>
          <w:rtl w:val="0"/>
        </w:rPr>
      </w:r>
    </w:p>
    <w:tbl>
      <w:tblPr>
        <w:tblStyle w:val="Table15"/>
        <w:tblW w:w="102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0"/>
        <w:tblGridChange w:id="0">
          <w:tblGrid>
            <w:gridCol w:w="10200"/>
          </w:tblGrid>
        </w:tblGridChange>
      </w:tblGrid>
      <w:tr>
        <w:trPr>
          <w:cantSplit w:val="0"/>
          <w:tblHeader w:val="0"/>
        </w:trPr>
        <w:tc>
          <w:tcPr>
            <w:shd w:fill="f3f3f3" w:val="clear"/>
            <w:tcMar>
              <w:top w:w="160.0" w:type="dxa"/>
              <w:bottom w:w="160.0" w:type="dxa"/>
            </w:tcMar>
          </w:tcPr>
          <w:p w:rsidR="00000000" w:rsidDel="00000000" w:rsidP="00000000" w:rsidRDefault="00000000" w:rsidRPr="00000000" w14:paraId="0000006B">
            <w:pPr>
              <w:rPr/>
            </w:pPr>
            <w:r w:rsidDel="00000000" w:rsidR="00000000" w:rsidRPr="00000000">
              <w:rPr>
                <w:rtl w:val="0"/>
              </w:rPr>
              <w:t xml:space="preserve">모든 항목을 작성할 필요는 없습니다. 문서 작성이 어렵거나 요구사항을 어떻게 정리해야 할지 모르겠다면 현재 가지고 있는 아이디어, 사업계획서, 참고 사이트 또는 메모만 전달해 주세요. OK소프트가 상담을 통해 필요한 기능과 프로젝트 범위를 함께 정리합니다.</w:t>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7" w:type="default"/>
      <w:pgSz w:h="15840" w:w="12240" w:orient="portrait"/>
      <w:pgMar w:bottom="964" w:top="1020" w:left="1020" w:right="10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MS Gothic"/>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pPr>
    <w:r w:rsidDel="00000000" w:rsidR="00000000" w:rsidRPr="00000000">
      <w:rPr>
        <w:rFonts w:ascii="Noto Sans" w:cs="Noto Sans" w:eastAsia="Noto Sans" w:hAnsi="Noto Sans"/>
        <w:b w:val="0"/>
        <w:bCs w:val="0"/>
        <w:i w:val="0"/>
        <w:iCs w:val="0"/>
        <w:smallCaps w:val="0"/>
        <w:strike w:val="0"/>
        <w:color w:val="787878"/>
        <w:sz w:val="16"/>
        <w:szCs w:val="16"/>
        <w:u w:val="none"/>
        <w:shd w:fill="auto" w:val="clear"/>
        <w:vertAlign w:val="baseline"/>
        <w:rtl w:val="0"/>
      </w:rPr>
      <w:t xml:space="preserve">OK소프트  |  웹 개</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Noto Sans" w:cs="Noto Sans" w:eastAsia="Noto Sans" w:hAnsi="Noto Sans"/>
        <w:b w:val="0"/>
        <w:bCs w:val="0"/>
        <w:i w:val="0"/>
        <w:iCs w:val="0"/>
        <w:smallCaps w:val="0"/>
        <w:strike w:val="0"/>
        <w:color w:val="000000"/>
        <w:sz w:val="19"/>
        <w:szCs w:val="19"/>
        <w:u w:val="none"/>
        <w:shd w:fill="auto" w:val="clear"/>
        <w:vertAlign w:val="baseline"/>
      </w:rPr>
    </w:pPr>
    <w:r w:rsidDel="00000000" w:rsidR="00000000" w:rsidRPr="00000000">
      <w:rPr>
        <w:rFonts w:ascii="Noto Sans" w:cs="Noto Sans" w:eastAsia="Noto Sans" w:hAnsi="Noto Sans"/>
        <w:b w:val="0"/>
        <w:bCs w:val="0"/>
        <w:i w:val="0"/>
        <w:iCs w:val="0"/>
        <w:smallCaps w:val="0"/>
        <w:strike w:val="0"/>
        <w:color w:val="787878"/>
        <w:sz w:val="16"/>
        <w:szCs w:val="16"/>
        <w:u w:val="none"/>
        <w:shd w:fill="auto" w:val="clear"/>
        <w:vertAlign w:val="baseline"/>
        <w:rtl w:val="0"/>
      </w:rPr>
      <w:t xml:space="preserve">발 프로젝트 요청서  |  www.ok-sft.com</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Sans" w:cs="Noto Sans" w:eastAsia="Noto Sans" w:hAnsi="Noto Sans"/>
        <w:sz w:val="19"/>
        <w:szCs w:val="19"/>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9a8A7RhgRdzqDbhTX6opLwZRLw==">CgMxLjA4AHIhMTB3TGZIaWI4VENMR2JBb2h5WmRKQkRIaDJkaWpZNVd6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